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8A3A9" w14:textId="77777777" w:rsidR="00EC096E" w:rsidRDefault="00EC096E" w:rsidP="00EC096E">
      <w:pPr>
        <w:spacing w:line="360" w:lineRule="auto"/>
        <w:jc w:val="center"/>
        <w:rPr>
          <w:rFonts w:ascii="Times New Roman" w:hAnsi="Times New Roman" w:cs="Times New Roman"/>
          <w:b/>
          <w:bCs/>
          <w:lang w:val="en-IN"/>
        </w:rPr>
      </w:pPr>
      <w:r w:rsidRPr="00EC096E">
        <w:rPr>
          <w:rFonts w:ascii="Times New Roman" w:hAnsi="Times New Roman" w:cs="Times New Roman"/>
          <w:b/>
          <w:bCs/>
          <w:lang w:val="en-IN"/>
        </w:rPr>
        <w:t>CANSAT - Weather monitoring satellite from ground station</w:t>
      </w:r>
    </w:p>
    <w:p w14:paraId="0F33AB2A" w14:textId="518BDB02" w:rsidR="00631650" w:rsidRDefault="00631650" w:rsidP="00EC096E">
      <w:pPr>
        <w:spacing w:line="360" w:lineRule="auto"/>
        <w:jc w:val="center"/>
        <w:rPr>
          <w:rFonts w:ascii="Times New Roman" w:hAnsi="Times New Roman" w:cs="Times New Roman"/>
          <w:b/>
          <w:bCs/>
          <w:lang w:val="en-IN"/>
        </w:rPr>
      </w:pPr>
      <w:hyperlink r:id="rId6" w:history="1">
        <w:r w:rsidRPr="00751A52">
          <w:rPr>
            <w:rStyle w:val="Hyperlink"/>
            <w:rFonts w:ascii="Times New Roman" w:hAnsi="Times New Roman" w:cs="Times New Roman"/>
            <w:b/>
            <w:bCs/>
            <w:lang w:val="en-IN"/>
          </w:rPr>
          <w:t>https://www.youtube.com/watch?v=WN7CQH0MFnM</w:t>
        </w:r>
      </w:hyperlink>
    </w:p>
    <w:p w14:paraId="1D613C82" w14:textId="77777777" w:rsidR="00631650" w:rsidRPr="00EC096E" w:rsidRDefault="00631650" w:rsidP="00EC096E">
      <w:pPr>
        <w:spacing w:line="360" w:lineRule="auto"/>
        <w:jc w:val="center"/>
        <w:rPr>
          <w:rFonts w:ascii="Times New Roman" w:hAnsi="Times New Roman" w:cs="Times New Roman"/>
          <w:b/>
          <w:bCs/>
          <w:lang w:val="en-IN"/>
        </w:rPr>
      </w:pPr>
    </w:p>
    <w:p w14:paraId="7A7A9361" w14:textId="77777777" w:rsidR="00EC096E" w:rsidRPr="00EC096E" w:rsidRDefault="00EC096E" w:rsidP="00486AA2">
      <w:pPr>
        <w:spacing w:line="360" w:lineRule="auto"/>
        <w:jc w:val="both"/>
        <w:rPr>
          <w:rFonts w:ascii="Times New Roman" w:hAnsi="Times New Roman" w:cs="Times New Roman"/>
          <w:lang w:val="en-IN"/>
        </w:rPr>
      </w:pPr>
      <w:r w:rsidRPr="00EC096E">
        <w:rPr>
          <w:rFonts w:ascii="Times New Roman" w:hAnsi="Times New Roman" w:cs="Times New Roman"/>
          <w:lang w:val="en-IN"/>
        </w:rPr>
        <w:t xml:space="preserve">A </w:t>
      </w:r>
      <w:proofErr w:type="spellStart"/>
      <w:r w:rsidRPr="00EC096E">
        <w:rPr>
          <w:rFonts w:ascii="Times New Roman" w:hAnsi="Times New Roman" w:cs="Times New Roman"/>
          <w:lang w:val="en-IN"/>
        </w:rPr>
        <w:t>CanSat</w:t>
      </w:r>
      <w:proofErr w:type="spellEnd"/>
      <w:r w:rsidRPr="00EC096E">
        <w:rPr>
          <w:rFonts w:ascii="Times New Roman" w:hAnsi="Times New Roman" w:cs="Times New Roman"/>
          <w:lang w:val="en-IN"/>
        </w:rPr>
        <w:t xml:space="preserve"> is a miniaturized satellite system designed to simulate the functionalities of a real satellite within the volume of a soda can. This project presents the development of a low-cost, compact </w:t>
      </w:r>
      <w:proofErr w:type="spellStart"/>
      <w:r w:rsidRPr="00EC096E">
        <w:rPr>
          <w:rFonts w:ascii="Times New Roman" w:hAnsi="Times New Roman" w:cs="Times New Roman"/>
          <w:lang w:val="en-IN"/>
        </w:rPr>
        <w:t>CanSat</w:t>
      </w:r>
      <w:proofErr w:type="spellEnd"/>
      <w:r w:rsidRPr="00EC096E">
        <w:rPr>
          <w:rFonts w:ascii="Times New Roman" w:hAnsi="Times New Roman" w:cs="Times New Roman"/>
          <w:lang w:val="en-IN"/>
        </w:rPr>
        <w:t xml:space="preserve"> system for real-time weather monitoring and data transmission to a ground station. The system is built around the Teensy 4.0 microcontroller, which serves as the central processing unit for collecting and managing sensor data.</w:t>
      </w:r>
    </w:p>
    <w:p w14:paraId="4B74FA8E" w14:textId="77777777" w:rsidR="00EC096E" w:rsidRPr="00EC096E" w:rsidRDefault="00EC096E" w:rsidP="00486AA2">
      <w:pPr>
        <w:spacing w:line="360" w:lineRule="auto"/>
        <w:jc w:val="both"/>
        <w:rPr>
          <w:rFonts w:ascii="Times New Roman" w:hAnsi="Times New Roman" w:cs="Times New Roman"/>
          <w:lang w:val="en-IN"/>
        </w:rPr>
      </w:pPr>
      <w:r w:rsidRPr="00EC096E">
        <w:rPr>
          <w:rFonts w:ascii="Times New Roman" w:hAnsi="Times New Roman" w:cs="Times New Roman"/>
          <w:lang w:val="en-IN"/>
        </w:rPr>
        <w:t xml:space="preserve">The </w:t>
      </w:r>
      <w:proofErr w:type="spellStart"/>
      <w:r w:rsidRPr="00EC096E">
        <w:rPr>
          <w:rFonts w:ascii="Times New Roman" w:hAnsi="Times New Roman" w:cs="Times New Roman"/>
          <w:lang w:val="en-IN"/>
        </w:rPr>
        <w:t>CanSat</w:t>
      </w:r>
      <w:proofErr w:type="spellEnd"/>
      <w:r w:rsidRPr="00EC096E">
        <w:rPr>
          <w:rFonts w:ascii="Times New Roman" w:hAnsi="Times New Roman" w:cs="Times New Roman"/>
          <w:lang w:val="en-IN"/>
        </w:rPr>
        <w:t xml:space="preserve"> integrates multiple sensors, including an air quality sensor, BMP180 barometric pressure sensor for temperature and pressure measurement, a gyroscope for orientation detection, and the INA219 current sensor for power monitoring. A GPS module provides real-time location tracking, while an MMC card is used for onboard data logging. Wireless communication between the </w:t>
      </w:r>
      <w:proofErr w:type="spellStart"/>
      <w:r w:rsidRPr="00EC096E">
        <w:rPr>
          <w:rFonts w:ascii="Times New Roman" w:hAnsi="Times New Roman" w:cs="Times New Roman"/>
          <w:lang w:val="en-IN"/>
        </w:rPr>
        <w:t>CanSat</w:t>
      </w:r>
      <w:proofErr w:type="spellEnd"/>
      <w:r w:rsidRPr="00EC096E">
        <w:rPr>
          <w:rFonts w:ascii="Times New Roman" w:hAnsi="Times New Roman" w:cs="Times New Roman"/>
          <w:lang w:val="en-IN"/>
        </w:rPr>
        <w:t xml:space="preserve"> and the ground station is achieved using </w:t>
      </w:r>
      <w:proofErr w:type="spellStart"/>
      <w:r w:rsidRPr="00EC096E">
        <w:rPr>
          <w:rFonts w:ascii="Times New Roman" w:hAnsi="Times New Roman" w:cs="Times New Roman"/>
          <w:lang w:val="en-IN"/>
        </w:rPr>
        <w:t>XBee</w:t>
      </w:r>
      <w:proofErr w:type="spellEnd"/>
      <w:r w:rsidRPr="00EC096E">
        <w:rPr>
          <w:rFonts w:ascii="Times New Roman" w:hAnsi="Times New Roman" w:cs="Times New Roman"/>
          <w:lang w:val="en-IN"/>
        </w:rPr>
        <w:t xml:space="preserve"> modules, enabling reliable telemetry transmission.</w:t>
      </w:r>
    </w:p>
    <w:p w14:paraId="61BCFF69" w14:textId="77777777" w:rsidR="00EC096E" w:rsidRPr="00EC096E" w:rsidRDefault="00EC096E" w:rsidP="00486AA2">
      <w:pPr>
        <w:spacing w:line="360" w:lineRule="auto"/>
        <w:jc w:val="both"/>
        <w:rPr>
          <w:rFonts w:ascii="Times New Roman" w:hAnsi="Times New Roman" w:cs="Times New Roman"/>
          <w:lang w:val="en-IN"/>
        </w:rPr>
      </w:pPr>
      <w:r w:rsidRPr="00EC096E">
        <w:rPr>
          <w:rFonts w:ascii="Times New Roman" w:hAnsi="Times New Roman" w:cs="Times New Roman"/>
          <w:lang w:val="en-IN"/>
        </w:rPr>
        <w:t>Power is supplied by a battery system regulated through the LM2596 voltage regulator to ensure stable operation. The system also includes actuators such as a servo and DC motors controlled via a driver circuit, along with a buzzer for status indication.</w:t>
      </w:r>
    </w:p>
    <w:p w14:paraId="2A9F5994" w14:textId="77777777" w:rsidR="00EC096E" w:rsidRDefault="00EC096E" w:rsidP="00486AA2">
      <w:pPr>
        <w:spacing w:line="360" w:lineRule="auto"/>
        <w:jc w:val="both"/>
        <w:rPr>
          <w:rFonts w:ascii="Times New Roman" w:hAnsi="Times New Roman" w:cs="Times New Roman"/>
          <w:lang w:val="en-IN"/>
        </w:rPr>
      </w:pPr>
      <w:r w:rsidRPr="00EC096E">
        <w:rPr>
          <w:rFonts w:ascii="Times New Roman" w:hAnsi="Times New Roman" w:cs="Times New Roman"/>
          <w:lang w:val="en-IN"/>
        </w:rPr>
        <w:t xml:space="preserve">During operation, the </w:t>
      </w:r>
      <w:proofErr w:type="spellStart"/>
      <w:r w:rsidRPr="00EC096E">
        <w:rPr>
          <w:rFonts w:ascii="Times New Roman" w:hAnsi="Times New Roman" w:cs="Times New Roman"/>
          <w:lang w:val="en-IN"/>
        </w:rPr>
        <w:t>CanSat</w:t>
      </w:r>
      <w:proofErr w:type="spellEnd"/>
      <w:r w:rsidRPr="00EC096E">
        <w:rPr>
          <w:rFonts w:ascii="Times New Roman" w:hAnsi="Times New Roman" w:cs="Times New Roman"/>
          <w:lang w:val="en-IN"/>
        </w:rPr>
        <w:t xml:space="preserve"> collects atmospheric parameters such as temperature, pressure, altitude, and air quality, processes the data onboard, and transmits it to a PC-based ground station for monitoring and analysis. The proposed system demonstrates an efficient, scalable, and cost-effective approach to environmental data acquisition, making it suitable for educational purposes and preliminary aerospace research.</w:t>
      </w:r>
    </w:p>
    <w:p w14:paraId="69F20915" w14:textId="77777777" w:rsidR="00486AA2" w:rsidRPr="00EC096E" w:rsidRDefault="00486AA2" w:rsidP="00486AA2">
      <w:pPr>
        <w:spacing w:line="360" w:lineRule="auto"/>
        <w:jc w:val="both"/>
        <w:rPr>
          <w:rFonts w:ascii="Times New Roman" w:hAnsi="Times New Roman" w:cs="Times New Roman"/>
          <w:lang w:val="en-IN"/>
        </w:rPr>
      </w:pPr>
    </w:p>
    <w:p w14:paraId="0E34F51F" w14:textId="71D9B353" w:rsidR="00E42A39" w:rsidRPr="00EC096E" w:rsidRDefault="00EC096E" w:rsidP="00EC096E">
      <w:pPr>
        <w:rPr>
          <w:b/>
          <w:bCs/>
        </w:rPr>
      </w:pPr>
      <w:r w:rsidRPr="00EC096E">
        <w:rPr>
          <w:b/>
          <w:bCs/>
        </w:rPr>
        <w:t>Objectives:</w:t>
      </w:r>
    </w:p>
    <w:p w14:paraId="0363D7CF" w14:textId="4BBA7F0D" w:rsidR="00EC096E" w:rsidRPr="00EC096E" w:rsidRDefault="00EC096E" w:rsidP="00EC096E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C096E">
        <w:rPr>
          <w:rFonts w:ascii="Times New Roman" w:hAnsi="Times New Roman" w:cs="Times New Roman"/>
          <w:sz w:val="24"/>
          <w:szCs w:val="24"/>
          <w:lang w:val="en-IN"/>
        </w:rPr>
        <w:t xml:space="preserve">To design and build a compact </w:t>
      </w:r>
      <w:proofErr w:type="spellStart"/>
      <w:r w:rsidRPr="00EC096E">
        <w:rPr>
          <w:rFonts w:ascii="Times New Roman" w:hAnsi="Times New Roman" w:cs="Times New Roman"/>
          <w:sz w:val="24"/>
          <w:szCs w:val="24"/>
          <w:lang w:val="en-IN"/>
        </w:rPr>
        <w:t>CanSat</w:t>
      </w:r>
      <w:proofErr w:type="spellEnd"/>
      <w:r w:rsidRPr="00EC096E">
        <w:rPr>
          <w:rFonts w:ascii="Times New Roman" w:hAnsi="Times New Roman" w:cs="Times New Roman"/>
          <w:sz w:val="24"/>
          <w:szCs w:val="24"/>
          <w:lang w:val="en-IN"/>
        </w:rPr>
        <w:t xml:space="preserve"> system using a Teensy 4.0 microcontroller. </w:t>
      </w:r>
    </w:p>
    <w:p w14:paraId="285ACA50" w14:textId="1B89F3F8" w:rsidR="00EC096E" w:rsidRPr="00EC096E" w:rsidRDefault="00EC096E" w:rsidP="00EC096E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C096E">
        <w:rPr>
          <w:rFonts w:ascii="Times New Roman" w:hAnsi="Times New Roman" w:cs="Times New Roman"/>
          <w:sz w:val="24"/>
          <w:szCs w:val="24"/>
          <w:lang w:val="en-IN"/>
        </w:rPr>
        <w:t xml:space="preserve">To measure environmental parameters such as temperature, pressure, altitude, and air quality using sensors like BMP180 barometric pressure sensor. </w:t>
      </w:r>
    </w:p>
    <w:p w14:paraId="3E1015B0" w14:textId="7888C3F6" w:rsidR="00EC096E" w:rsidRPr="00EC096E" w:rsidRDefault="00EC096E" w:rsidP="00EC096E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C096E">
        <w:rPr>
          <w:rFonts w:ascii="Times New Roman" w:hAnsi="Times New Roman" w:cs="Times New Roman"/>
          <w:sz w:val="24"/>
          <w:szCs w:val="24"/>
          <w:lang w:val="en-IN"/>
        </w:rPr>
        <w:t xml:space="preserve">To monitor system power using the INA219 current sensor. </w:t>
      </w:r>
    </w:p>
    <w:p w14:paraId="0A1CC460" w14:textId="7C3DA838" w:rsidR="00EC096E" w:rsidRPr="00EC096E" w:rsidRDefault="00EC096E" w:rsidP="00EC096E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C096E">
        <w:rPr>
          <w:rFonts w:ascii="Times New Roman" w:hAnsi="Times New Roman" w:cs="Times New Roman"/>
          <w:sz w:val="24"/>
          <w:szCs w:val="24"/>
          <w:lang w:val="en-IN"/>
        </w:rPr>
        <w:t xml:space="preserve">To obtain real-time location data using a GPS module. </w:t>
      </w:r>
    </w:p>
    <w:p w14:paraId="0CA65CA3" w14:textId="036E3690" w:rsidR="00EC096E" w:rsidRPr="00EC096E" w:rsidRDefault="00EC096E" w:rsidP="00EC096E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C096E">
        <w:rPr>
          <w:rFonts w:ascii="Times New Roman" w:hAnsi="Times New Roman" w:cs="Times New Roman"/>
          <w:sz w:val="24"/>
          <w:szCs w:val="24"/>
          <w:lang w:val="en-IN"/>
        </w:rPr>
        <w:t xml:space="preserve">To transmit collected data wirelessly to a ground station using </w:t>
      </w:r>
      <w:proofErr w:type="spellStart"/>
      <w:r w:rsidRPr="00EC096E">
        <w:rPr>
          <w:rFonts w:ascii="Times New Roman" w:hAnsi="Times New Roman" w:cs="Times New Roman"/>
          <w:sz w:val="24"/>
          <w:szCs w:val="24"/>
          <w:lang w:val="en-IN"/>
        </w:rPr>
        <w:t>XBee</w:t>
      </w:r>
      <w:proofErr w:type="spellEnd"/>
      <w:r w:rsidRPr="00EC096E">
        <w:rPr>
          <w:rFonts w:ascii="Times New Roman" w:hAnsi="Times New Roman" w:cs="Times New Roman"/>
          <w:sz w:val="24"/>
          <w:szCs w:val="24"/>
          <w:lang w:val="en-IN"/>
        </w:rPr>
        <w:t xml:space="preserve"> modules. </w:t>
      </w:r>
    </w:p>
    <w:p w14:paraId="653C90CF" w14:textId="4CE9902A" w:rsidR="00EC096E" w:rsidRPr="00EC096E" w:rsidRDefault="00EC096E" w:rsidP="00EC096E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C096E">
        <w:rPr>
          <w:rFonts w:ascii="Times New Roman" w:hAnsi="Times New Roman" w:cs="Times New Roman"/>
          <w:sz w:val="24"/>
          <w:szCs w:val="24"/>
          <w:lang w:val="en-IN"/>
        </w:rPr>
        <w:lastRenderedPageBreak/>
        <w:t xml:space="preserve">To store sensor data locally on an MMC/SD card for backup. </w:t>
      </w:r>
    </w:p>
    <w:p w14:paraId="5F8C4CDC" w14:textId="147DDD67" w:rsidR="00EC096E" w:rsidRPr="00EC096E" w:rsidRDefault="00EC096E" w:rsidP="00EC096E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EC096E">
        <w:rPr>
          <w:rFonts w:ascii="Times New Roman" w:hAnsi="Times New Roman" w:cs="Times New Roman"/>
          <w:sz w:val="24"/>
          <w:szCs w:val="24"/>
          <w:lang w:val="en-IN"/>
        </w:rPr>
        <w:t xml:space="preserve">To provide alerts using a buzzer and control mechanisms like servo and DC motors. </w:t>
      </w:r>
    </w:p>
    <w:p w14:paraId="63D8F222" w14:textId="404DB009" w:rsidR="00EC096E" w:rsidRPr="00EC096E" w:rsidRDefault="00EC096E" w:rsidP="00EC096E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EC096E">
        <w:rPr>
          <w:rFonts w:ascii="Times New Roman" w:hAnsi="Times New Roman" w:cs="Times New Roman"/>
          <w:sz w:val="24"/>
          <w:szCs w:val="24"/>
          <w:lang w:val="en-IN"/>
        </w:rPr>
        <w:t>To develop a low-cost and efficient weather monitoring system for educational and research purposes.</w:t>
      </w:r>
    </w:p>
    <w:p w14:paraId="468EA3B5" w14:textId="13B7824C" w:rsidR="00EC096E" w:rsidRDefault="00EC096E" w:rsidP="00EC096E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EC096E">
        <w:rPr>
          <w:rFonts w:ascii="Times New Roman" w:hAnsi="Times New Roman" w:cs="Times New Roman"/>
          <w:b/>
          <w:bCs/>
          <w:sz w:val="24"/>
          <w:szCs w:val="24"/>
        </w:rPr>
        <w:t>Compon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EC096E">
        <w:rPr>
          <w:rFonts w:ascii="Times New Roman" w:hAnsi="Times New Roman" w:cs="Times New Roman"/>
          <w:b/>
          <w:bCs/>
          <w:sz w:val="24"/>
          <w:szCs w:val="24"/>
        </w:rPr>
        <w:t>nts:</w:t>
      </w:r>
    </w:p>
    <w:p w14:paraId="53A9D810" w14:textId="77777777" w:rsidR="00EC096E" w:rsidRPr="00B14B38" w:rsidRDefault="00EC096E" w:rsidP="00B14B38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B14B38">
        <w:rPr>
          <w:rFonts w:ascii="Times New Roman" w:hAnsi="Times New Roman" w:cs="Times New Roman"/>
          <w:sz w:val="24"/>
          <w:szCs w:val="24"/>
        </w:rPr>
        <w:t>Battery power.</w:t>
      </w:r>
    </w:p>
    <w:p w14:paraId="5B988165" w14:textId="77777777" w:rsidR="00EC096E" w:rsidRPr="00B14B38" w:rsidRDefault="00EC096E" w:rsidP="00B14B38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B14B38">
        <w:rPr>
          <w:rFonts w:ascii="Times New Roman" w:hAnsi="Times New Roman" w:cs="Times New Roman"/>
          <w:sz w:val="24"/>
          <w:szCs w:val="24"/>
        </w:rPr>
        <w:t>LM2596.</w:t>
      </w:r>
    </w:p>
    <w:p w14:paraId="7BE7780A" w14:textId="04A8EF1D" w:rsidR="00EC096E" w:rsidRPr="00B14B38" w:rsidRDefault="00EC096E" w:rsidP="00B14B38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B14B38">
        <w:rPr>
          <w:rFonts w:ascii="Times New Roman" w:hAnsi="Times New Roman" w:cs="Times New Roman"/>
          <w:sz w:val="24"/>
          <w:szCs w:val="24"/>
        </w:rPr>
        <w:t>Teensy 4.0 microcontroller.</w:t>
      </w:r>
    </w:p>
    <w:p w14:paraId="2AAFE12B" w14:textId="738BA038" w:rsidR="00EC096E" w:rsidRPr="00B14B38" w:rsidRDefault="00EC096E" w:rsidP="00B14B38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B14B38">
        <w:rPr>
          <w:rFonts w:ascii="Times New Roman" w:hAnsi="Times New Roman" w:cs="Times New Roman"/>
          <w:sz w:val="24"/>
          <w:szCs w:val="24"/>
        </w:rPr>
        <w:t>Air quality sensor.</w:t>
      </w:r>
    </w:p>
    <w:p w14:paraId="4B51EE43" w14:textId="3633598C" w:rsidR="00EC096E" w:rsidRPr="00B14B38" w:rsidRDefault="00EC096E" w:rsidP="00B14B38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B14B38">
        <w:rPr>
          <w:rFonts w:ascii="Times New Roman" w:hAnsi="Times New Roman" w:cs="Times New Roman"/>
          <w:sz w:val="24"/>
          <w:szCs w:val="24"/>
        </w:rPr>
        <w:t>BMP180.</w:t>
      </w:r>
    </w:p>
    <w:p w14:paraId="57B0A390" w14:textId="042AD388" w:rsidR="00EC096E" w:rsidRPr="00B14B38" w:rsidRDefault="00EC096E" w:rsidP="00B14B38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B14B38">
        <w:rPr>
          <w:rFonts w:ascii="Times New Roman" w:hAnsi="Times New Roman" w:cs="Times New Roman"/>
          <w:sz w:val="24"/>
          <w:szCs w:val="24"/>
        </w:rPr>
        <w:t>GYROSCOPE</w:t>
      </w:r>
    </w:p>
    <w:p w14:paraId="30EA8F41" w14:textId="34BE56D8" w:rsidR="00EC096E" w:rsidRPr="00B14B38" w:rsidRDefault="00EC096E" w:rsidP="00B14B38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B14B38">
        <w:rPr>
          <w:rFonts w:ascii="Times New Roman" w:hAnsi="Times New Roman" w:cs="Times New Roman"/>
          <w:sz w:val="24"/>
          <w:szCs w:val="24"/>
        </w:rPr>
        <w:t>IA219</w:t>
      </w:r>
      <w:r w:rsidR="00BD7F20">
        <w:rPr>
          <w:rFonts w:ascii="Times New Roman" w:hAnsi="Times New Roman" w:cs="Times New Roman"/>
          <w:sz w:val="24"/>
          <w:szCs w:val="24"/>
        </w:rPr>
        <w:t xml:space="preserve"> module</w:t>
      </w:r>
      <w:r w:rsidRPr="00B14B38">
        <w:rPr>
          <w:rFonts w:ascii="Times New Roman" w:hAnsi="Times New Roman" w:cs="Times New Roman"/>
          <w:sz w:val="24"/>
          <w:szCs w:val="24"/>
        </w:rPr>
        <w:t>.</w:t>
      </w:r>
    </w:p>
    <w:p w14:paraId="7463FE26" w14:textId="77777777" w:rsidR="00EC096E" w:rsidRPr="00B14B38" w:rsidRDefault="00EC096E" w:rsidP="00B14B38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B14B38">
        <w:rPr>
          <w:rFonts w:ascii="Times New Roman" w:hAnsi="Times New Roman" w:cs="Times New Roman"/>
          <w:sz w:val="24"/>
          <w:szCs w:val="24"/>
        </w:rPr>
        <w:t>GPS.</w:t>
      </w:r>
    </w:p>
    <w:p w14:paraId="5C82962A" w14:textId="77777777" w:rsidR="00EC096E" w:rsidRPr="00B14B38" w:rsidRDefault="00EC096E" w:rsidP="00B14B38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B14B38">
        <w:rPr>
          <w:rFonts w:ascii="Times New Roman" w:hAnsi="Times New Roman" w:cs="Times New Roman"/>
          <w:sz w:val="24"/>
          <w:szCs w:val="24"/>
        </w:rPr>
        <w:t>DC Motor.</w:t>
      </w:r>
    </w:p>
    <w:p w14:paraId="6F021F12" w14:textId="77777777" w:rsidR="00EC096E" w:rsidRPr="00B14B38" w:rsidRDefault="00EC096E" w:rsidP="00B14B38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B14B38">
        <w:rPr>
          <w:rFonts w:ascii="Times New Roman" w:hAnsi="Times New Roman" w:cs="Times New Roman"/>
          <w:sz w:val="24"/>
          <w:szCs w:val="24"/>
        </w:rPr>
        <w:t>Buzzer.</w:t>
      </w:r>
    </w:p>
    <w:p w14:paraId="2C3EF885" w14:textId="011235BB" w:rsidR="00EC096E" w:rsidRDefault="00EC096E" w:rsidP="00B14B38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B14B38">
        <w:rPr>
          <w:rFonts w:ascii="Times New Roman" w:hAnsi="Times New Roman" w:cs="Times New Roman"/>
          <w:sz w:val="24"/>
          <w:szCs w:val="24"/>
        </w:rPr>
        <w:t xml:space="preserve">Servo motor. </w:t>
      </w:r>
    </w:p>
    <w:p w14:paraId="3AD014D2" w14:textId="643DA7FA" w:rsidR="00B14B38" w:rsidRDefault="00B14B38" w:rsidP="00B14B38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XBEE Transmitter and Receiver.</w:t>
      </w:r>
    </w:p>
    <w:p w14:paraId="234AFE7D" w14:textId="77777777" w:rsidR="00486AA2" w:rsidRDefault="00486AA2" w:rsidP="00486AA2">
      <w:pPr>
        <w:spacing w:line="360" w:lineRule="auto"/>
        <w:jc w:val="both"/>
        <w:rPr>
          <w:rFonts w:cs="Times New Roman"/>
          <w:b/>
        </w:rPr>
      </w:pPr>
    </w:p>
    <w:p w14:paraId="4C72BCBE" w14:textId="5784F8D6" w:rsidR="00486AA2" w:rsidRPr="00FB5214" w:rsidRDefault="00486AA2" w:rsidP="00486AA2">
      <w:pPr>
        <w:spacing w:line="360" w:lineRule="auto"/>
        <w:jc w:val="both"/>
        <w:rPr>
          <w:rFonts w:cs="Times New Roman"/>
          <w:b/>
        </w:rPr>
      </w:pPr>
      <w:r w:rsidRPr="00FB5214">
        <w:rPr>
          <w:rFonts w:cs="Times New Roman"/>
          <w:b/>
        </w:rPr>
        <w:t>Software’s used:</w:t>
      </w:r>
    </w:p>
    <w:p w14:paraId="68BF90D9" w14:textId="77777777" w:rsidR="00486AA2" w:rsidRPr="00FB5214" w:rsidRDefault="00486AA2" w:rsidP="00486AA2">
      <w:pPr>
        <w:pStyle w:val="ListParagraph"/>
        <w:numPr>
          <w:ilvl w:val="0"/>
          <w:numId w:val="4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FB5214">
        <w:rPr>
          <w:rFonts w:ascii="Times New Roman" w:hAnsi="Times New Roman"/>
          <w:sz w:val="24"/>
          <w:szCs w:val="24"/>
        </w:rPr>
        <w:t>Arduino IDE for compiling and dumping code into Microcontroller</w:t>
      </w:r>
    </w:p>
    <w:p w14:paraId="1824CE25" w14:textId="77777777" w:rsidR="00486AA2" w:rsidRPr="00FB5214" w:rsidRDefault="00486AA2" w:rsidP="00486AA2">
      <w:pPr>
        <w:pStyle w:val="ListParagraph"/>
        <w:numPr>
          <w:ilvl w:val="0"/>
          <w:numId w:val="4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FB5214">
        <w:rPr>
          <w:rFonts w:ascii="Times New Roman" w:hAnsi="Times New Roman"/>
          <w:sz w:val="24"/>
          <w:szCs w:val="24"/>
        </w:rPr>
        <w:t>Express SCH for Circuit design.</w:t>
      </w:r>
    </w:p>
    <w:p w14:paraId="4A62BC08" w14:textId="77777777" w:rsidR="00486AA2" w:rsidRDefault="00486AA2" w:rsidP="00486AA2">
      <w:pPr>
        <w:rPr>
          <w:rFonts w:ascii="Times New Roman" w:hAnsi="Times New Roman" w:cs="Times New Roman"/>
          <w:sz w:val="24"/>
          <w:szCs w:val="24"/>
        </w:rPr>
      </w:pPr>
    </w:p>
    <w:p w14:paraId="37D63D4C" w14:textId="4EE57507" w:rsidR="00486AA2" w:rsidRPr="00486AA2" w:rsidRDefault="00486AA2" w:rsidP="00486AA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98BEC4F" wp14:editId="5935D185">
            <wp:extent cx="5800725" cy="4895850"/>
            <wp:effectExtent l="0" t="0" r="0" b="0"/>
            <wp:docPr id="4691808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6AA2" w:rsidRPr="00486AA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9E67F92"/>
    <w:multiLevelType w:val="multilevel"/>
    <w:tmpl w:val="9518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2E2E67"/>
    <w:multiLevelType w:val="multilevel"/>
    <w:tmpl w:val="ADFC1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2E424A"/>
    <w:multiLevelType w:val="hybridMultilevel"/>
    <w:tmpl w:val="5D2A98E6"/>
    <w:lvl w:ilvl="0" w:tplc="3B60581A">
      <w:numFmt w:val="bullet"/>
      <w:lvlText w:val="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94EE6"/>
    <w:multiLevelType w:val="multilevel"/>
    <w:tmpl w:val="3A2AA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6C32C4"/>
    <w:multiLevelType w:val="multilevel"/>
    <w:tmpl w:val="B364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8E2C54"/>
    <w:multiLevelType w:val="hybridMultilevel"/>
    <w:tmpl w:val="8CF4CF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63025"/>
    <w:multiLevelType w:val="multilevel"/>
    <w:tmpl w:val="63F8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272A0A"/>
    <w:multiLevelType w:val="multilevel"/>
    <w:tmpl w:val="F788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B22DF8"/>
    <w:multiLevelType w:val="multilevel"/>
    <w:tmpl w:val="6FA6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565416"/>
    <w:multiLevelType w:val="multilevel"/>
    <w:tmpl w:val="12780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513396"/>
    <w:multiLevelType w:val="multilevel"/>
    <w:tmpl w:val="8278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A83BE6"/>
    <w:multiLevelType w:val="multilevel"/>
    <w:tmpl w:val="6DD88CC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571FE8"/>
    <w:multiLevelType w:val="multilevel"/>
    <w:tmpl w:val="7CB4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F6516D"/>
    <w:multiLevelType w:val="hybridMultilevel"/>
    <w:tmpl w:val="31202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F66416"/>
    <w:multiLevelType w:val="multilevel"/>
    <w:tmpl w:val="BC4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F8490F"/>
    <w:multiLevelType w:val="multilevel"/>
    <w:tmpl w:val="FADA2AC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6D47C7"/>
    <w:multiLevelType w:val="multilevel"/>
    <w:tmpl w:val="D81A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E46CAE"/>
    <w:multiLevelType w:val="multilevel"/>
    <w:tmpl w:val="50F2E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554B19"/>
    <w:multiLevelType w:val="multilevel"/>
    <w:tmpl w:val="8110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E05ADF"/>
    <w:multiLevelType w:val="multilevel"/>
    <w:tmpl w:val="BEBCA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C600E0"/>
    <w:multiLevelType w:val="multilevel"/>
    <w:tmpl w:val="8EBE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7912B5"/>
    <w:multiLevelType w:val="hybridMultilevel"/>
    <w:tmpl w:val="B7DAACBC"/>
    <w:lvl w:ilvl="0" w:tplc="3B60581A">
      <w:numFmt w:val="bullet"/>
      <w:lvlText w:val="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3831F2F"/>
    <w:multiLevelType w:val="multilevel"/>
    <w:tmpl w:val="2280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8C6567"/>
    <w:multiLevelType w:val="multilevel"/>
    <w:tmpl w:val="DD6E6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7A6F85"/>
    <w:multiLevelType w:val="multilevel"/>
    <w:tmpl w:val="3C04E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493CF1"/>
    <w:multiLevelType w:val="multilevel"/>
    <w:tmpl w:val="6DA82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761BBB"/>
    <w:multiLevelType w:val="multilevel"/>
    <w:tmpl w:val="2E5A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980A5A"/>
    <w:multiLevelType w:val="multilevel"/>
    <w:tmpl w:val="BED8E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2401C9"/>
    <w:multiLevelType w:val="multilevel"/>
    <w:tmpl w:val="3B0E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9E3AE4"/>
    <w:multiLevelType w:val="multilevel"/>
    <w:tmpl w:val="13D6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E553D3"/>
    <w:multiLevelType w:val="multilevel"/>
    <w:tmpl w:val="2CF6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03258A"/>
    <w:multiLevelType w:val="multilevel"/>
    <w:tmpl w:val="C5EE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421129"/>
    <w:multiLevelType w:val="multilevel"/>
    <w:tmpl w:val="FF2A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401DD3"/>
    <w:multiLevelType w:val="multilevel"/>
    <w:tmpl w:val="9860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E61176"/>
    <w:multiLevelType w:val="multilevel"/>
    <w:tmpl w:val="FFA29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3C0168"/>
    <w:multiLevelType w:val="hybridMultilevel"/>
    <w:tmpl w:val="49DE381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2EE5584"/>
    <w:multiLevelType w:val="multilevel"/>
    <w:tmpl w:val="E024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710383"/>
    <w:multiLevelType w:val="multilevel"/>
    <w:tmpl w:val="B1E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931F51"/>
    <w:multiLevelType w:val="multilevel"/>
    <w:tmpl w:val="5462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6578CA"/>
    <w:multiLevelType w:val="multilevel"/>
    <w:tmpl w:val="585A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8161BB"/>
    <w:multiLevelType w:val="hybridMultilevel"/>
    <w:tmpl w:val="05EEEEE2"/>
    <w:lvl w:ilvl="0" w:tplc="0F5C9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A2F0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92E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E44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9069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CABB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84E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8A3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98B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81479457">
    <w:abstractNumId w:val="5"/>
  </w:num>
  <w:num w:numId="2" w16cid:durableId="2053532642">
    <w:abstractNumId w:val="3"/>
  </w:num>
  <w:num w:numId="3" w16cid:durableId="414405551">
    <w:abstractNumId w:val="2"/>
  </w:num>
  <w:num w:numId="4" w16cid:durableId="1162355584">
    <w:abstractNumId w:val="4"/>
  </w:num>
  <w:num w:numId="5" w16cid:durableId="323360897">
    <w:abstractNumId w:val="1"/>
  </w:num>
  <w:num w:numId="6" w16cid:durableId="229003159">
    <w:abstractNumId w:val="0"/>
  </w:num>
  <w:num w:numId="7" w16cid:durableId="1357348503">
    <w:abstractNumId w:val="46"/>
  </w:num>
  <w:num w:numId="8" w16cid:durableId="838539755">
    <w:abstractNumId w:val="7"/>
  </w:num>
  <w:num w:numId="9" w16cid:durableId="1906910088">
    <w:abstractNumId w:val="17"/>
  </w:num>
  <w:num w:numId="10" w16cid:durableId="294458266">
    <w:abstractNumId w:val="21"/>
  </w:num>
  <w:num w:numId="11" w16cid:durableId="284584565">
    <w:abstractNumId w:val="24"/>
  </w:num>
  <w:num w:numId="12" w16cid:durableId="1959987774">
    <w:abstractNumId w:val="36"/>
  </w:num>
  <w:num w:numId="13" w16cid:durableId="1117065894">
    <w:abstractNumId w:val="10"/>
  </w:num>
  <w:num w:numId="14" w16cid:durableId="1141659175">
    <w:abstractNumId w:val="13"/>
  </w:num>
  <w:num w:numId="15" w16cid:durableId="812135483">
    <w:abstractNumId w:val="28"/>
  </w:num>
  <w:num w:numId="16" w16cid:durableId="326324877">
    <w:abstractNumId w:val="39"/>
  </w:num>
  <w:num w:numId="17" w16cid:durableId="1757047315">
    <w:abstractNumId w:val="18"/>
  </w:num>
  <w:num w:numId="18" w16cid:durableId="2044164034">
    <w:abstractNumId w:val="14"/>
  </w:num>
  <w:num w:numId="19" w16cid:durableId="1374311345">
    <w:abstractNumId w:val="16"/>
  </w:num>
  <w:num w:numId="20" w16cid:durableId="1349522611">
    <w:abstractNumId w:val="40"/>
  </w:num>
  <w:num w:numId="21" w16cid:durableId="448204108">
    <w:abstractNumId w:val="35"/>
  </w:num>
  <w:num w:numId="22" w16cid:durableId="1669401081">
    <w:abstractNumId w:val="23"/>
  </w:num>
  <w:num w:numId="23" w16cid:durableId="1635063959">
    <w:abstractNumId w:val="22"/>
  </w:num>
  <w:num w:numId="24" w16cid:durableId="1128746805">
    <w:abstractNumId w:val="44"/>
  </w:num>
  <w:num w:numId="25" w16cid:durableId="242687239">
    <w:abstractNumId w:val="33"/>
  </w:num>
  <w:num w:numId="26" w16cid:durableId="464932930">
    <w:abstractNumId w:val="15"/>
  </w:num>
  <w:num w:numId="27" w16cid:durableId="54210558">
    <w:abstractNumId w:val="9"/>
  </w:num>
  <w:num w:numId="28" w16cid:durableId="1987320291">
    <w:abstractNumId w:val="29"/>
  </w:num>
  <w:num w:numId="29" w16cid:durableId="55858050">
    <w:abstractNumId w:val="12"/>
  </w:num>
  <w:num w:numId="30" w16cid:durableId="1722250162">
    <w:abstractNumId w:val="20"/>
  </w:num>
  <w:num w:numId="31" w16cid:durableId="954142115">
    <w:abstractNumId w:val="32"/>
  </w:num>
  <w:num w:numId="32" w16cid:durableId="1320109782">
    <w:abstractNumId w:val="43"/>
  </w:num>
  <w:num w:numId="33" w16cid:durableId="1868635937">
    <w:abstractNumId w:val="25"/>
  </w:num>
  <w:num w:numId="34" w16cid:durableId="1083841305">
    <w:abstractNumId w:val="45"/>
  </w:num>
  <w:num w:numId="35" w16cid:durableId="679238360">
    <w:abstractNumId w:val="26"/>
  </w:num>
  <w:num w:numId="36" w16cid:durableId="2026010163">
    <w:abstractNumId w:val="42"/>
  </w:num>
  <w:num w:numId="37" w16cid:durableId="1409811002">
    <w:abstractNumId w:val="34"/>
  </w:num>
  <w:num w:numId="38" w16cid:durableId="1173910481">
    <w:abstractNumId w:val="37"/>
  </w:num>
  <w:num w:numId="39" w16cid:durableId="180363494">
    <w:abstractNumId w:val="38"/>
  </w:num>
  <w:num w:numId="40" w16cid:durableId="827016419">
    <w:abstractNumId w:val="30"/>
  </w:num>
  <w:num w:numId="41" w16cid:durableId="1487549892">
    <w:abstractNumId w:val="6"/>
  </w:num>
  <w:num w:numId="42" w16cid:durableId="149756299">
    <w:abstractNumId w:val="31"/>
  </w:num>
  <w:num w:numId="43" w16cid:durableId="1558784646">
    <w:abstractNumId w:val="11"/>
  </w:num>
  <w:num w:numId="44" w16cid:durableId="1166165243">
    <w:abstractNumId w:val="8"/>
  </w:num>
  <w:num w:numId="45" w16cid:durableId="132597449">
    <w:abstractNumId w:val="27"/>
  </w:num>
  <w:num w:numId="46" w16cid:durableId="79259887">
    <w:abstractNumId w:val="41"/>
  </w:num>
  <w:num w:numId="47" w16cid:durableId="2079551303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01B26"/>
    <w:rsid w:val="00002B96"/>
    <w:rsid w:val="000101A3"/>
    <w:rsid w:val="00034616"/>
    <w:rsid w:val="00050B1C"/>
    <w:rsid w:val="0006063C"/>
    <w:rsid w:val="000B6543"/>
    <w:rsid w:val="000C3F22"/>
    <w:rsid w:val="00146284"/>
    <w:rsid w:val="0015074B"/>
    <w:rsid w:val="00155908"/>
    <w:rsid w:val="00167BCA"/>
    <w:rsid w:val="001A15F0"/>
    <w:rsid w:val="001C0E07"/>
    <w:rsid w:val="001E067A"/>
    <w:rsid w:val="00210D58"/>
    <w:rsid w:val="00227518"/>
    <w:rsid w:val="00275075"/>
    <w:rsid w:val="002759DB"/>
    <w:rsid w:val="0029639D"/>
    <w:rsid w:val="002C1197"/>
    <w:rsid w:val="002E0C60"/>
    <w:rsid w:val="003039C5"/>
    <w:rsid w:val="00326F90"/>
    <w:rsid w:val="003B4774"/>
    <w:rsid w:val="003E6923"/>
    <w:rsid w:val="003F2F58"/>
    <w:rsid w:val="00414628"/>
    <w:rsid w:val="00417DBD"/>
    <w:rsid w:val="004721C6"/>
    <w:rsid w:val="00486AA2"/>
    <w:rsid w:val="004B280F"/>
    <w:rsid w:val="005764C8"/>
    <w:rsid w:val="005D0298"/>
    <w:rsid w:val="005F4580"/>
    <w:rsid w:val="006038FC"/>
    <w:rsid w:val="006143EC"/>
    <w:rsid w:val="00631650"/>
    <w:rsid w:val="006724A0"/>
    <w:rsid w:val="006F3B08"/>
    <w:rsid w:val="00722DDB"/>
    <w:rsid w:val="007261EE"/>
    <w:rsid w:val="00743C19"/>
    <w:rsid w:val="00754381"/>
    <w:rsid w:val="007858EC"/>
    <w:rsid w:val="007B12B2"/>
    <w:rsid w:val="007F1A87"/>
    <w:rsid w:val="0081739D"/>
    <w:rsid w:val="0082370E"/>
    <w:rsid w:val="008603B7"/>
    <w:rsid w:val="00880017"/>
    <w:rsid w:val="008D0716"/>
    <w:rsid w:val="008E46C8"/>
    <w:rsid w:val="00912785"/>
    <w:rsid w:val="0091551D"/>
    <w:rsid w:val="00982522"/>
    <w:rsid w:val="00984474"/>
    <w:rsid w:val="009A74DB"/>
    <w:rsid w:val="009D0786"/>
    <w:rsid w:val="009E683A"/>
    <w:rsid w:val="009E78B7"/>
    <w:rsid w:val="009E7DD8"/>
    <w:rsid w:val="00A06EA1"/>
    <w:rsid w:val="00A67DBF"/>
    <w:rsid w:val="00A76025"/>
    <w:rsid w:val="00AA1D8D"/>
    <w:rsid w:val="00AC4345"/>
    <w:rsid w:val="00AD375A"/>
    <w:rsid w:val="00AD52FA"/>
    <w:rsid w:val="00B14B38"/>
    <w:rsid w:val="00B47730"/>
    <w:rsid w:val="00B518AA"/>
    <w:rsid w:val="00B57082"/>
    <w:rsid w:val="00B67A90"/>
    <w:rsid w:val="00B75B8C"/>
    <w:rsid w:val="00B87011"/>
    <w:rsid w:val="00B87768"/>
    <w:rsid w:val="00BD61CA"/>
    <w:rsid w:val="00BD7F20"/>
    <w:rsid w:val="00C00BE9"/>
    <w:rsid w:val="00C05BFE"/>
    <w:rsid w:val="00C439B7"/>
    <w:rsid w:val="00C503EE"/>
    <w:rsid w:val="00C84E90"/>
    <w:rsid w:val="00CA3BE2"/>
    <w:rsid w:val="00CB0664"/>
    <w:rsid w:val="00CB767E"/>
    <w:rsid w:val="00CC52F6"/>
    <w:rsid w:val="00CF68D5"/>
    <w:rsid w:val="00D176E5"/>
    <w:rsid w:val="00D318E7"/>
    <w:rsid w:val="00D36740"/>
    <w:rsid w:val="00DB62B2"/>
    <w:rsid w:val="00DD2E58"/>
    <w:rsid w:val="00DD78E7"/>
    <w:rsid w:val="00DE181F"/>
    <w:rsid w:val="00E42A39"/>
    <w:rsid w:val="00E671C3"/>
    <w:rsid w:val="00EA024F"/>
    <w:rsid w:val="00EA0641"/>
    <w:rsid w:val="00EB6CF3"/>
    <w:rsid w:val="00EC096E"/>
    <w:rsid w:val="00EC29D3"/>
    <w:rsid w:val="00EF7AD6"/>
    <w:rsid w:val="00F04F27"/>
    <w:rsid w:val="00F86F22"/>
    <w:rsid w:val="00FB120D"/>
    <w:rsid w:val="00FC693F"/>
    <w:rsid w:val="00FF6223"/>
    <w:rsid w:val="00FF7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34B619"/>
  <w15:docId w15:val="{2BE31FF3-DC96-490F-A4EC-FC891A3B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ghtList1">
    <w:name w:val="Light List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1">
    <w:name w:val="Light Grid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1">
    <w:name w:val="Medium Shading 1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1">
    <w:name w:val="Medium List 1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1">
    <w:name w:val="Medium List 2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1">
    <w:name w:val="Medium Grid 1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1">
    <w:name w:val="Medium Grid 2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1">
    <w:name w:val="Dark List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1">
    <w:name w:val="Colorful Shading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1">
    <w:name w:val="Colorful List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1">
    <w:name w:val="Colorful Grid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038F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38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C4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WN7CQH0MFn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HVS Technologies</cp:lastModifiedBy>
  <cp:revision>98</cp:revision>
  <dcterms:created xsi:type="dcterms:W3CDTF">2026-01-12T13:08:00Z</dcterms:created>
  <dcterms:modified xsi:type="dcterms:W3CDTF">2026-05-06T09:45:00Z</dcterms:modified>
</cp:coreProperties>
</file>